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Georgia" w:hAnsi="Georgia"/>
          <w:b/>
          <w:i w:val="0"/>
          <w:color w:val="1A1A1A"/>
          <w:sz w:val="40"/>
        </w:rPr>
        <w:t>CERTIFICATE OF AUTHENTICITY</w:t>
      </w:r>
    </w:p>
    <w:p>
      <w:pPr>
        <w:spacing w:after="440"/>
        <w:jc w:val="center"/>
      </w:pPr>
      <w:r>
        <w:rPr>
          <w:rFonts w:ascii="Georgia" w:hAnsi="Georgia"/>
          <w:b w:val="0"/>
          <w:i/>
          <w:color w:val="6A6A6A"/>
          <w:sz w:val="20"/>
        </w:rPr>
        <w:t>This document certifies that the artwork described below is an original, authentic work by the artist.</w:t>
      </w:r>
    </w:p>
    <w:p>
      <w:pPr>
        <w:spacing w:after="240"/>
      </w:pPr>
      <w:r>
        <w:rPr>
          <w:rFonts w:ascii="Georgia" w:hAnsi="Georgia"/>
          <w:b/>
          <w:color w:val="6A6A6A"/>
          <w:sz w:val="18"/>
        </w:rPr>
        <w:t xml:space="preserve">ARTIST   </w:t>
      </w:r>
      <w:r>
        <w:rPr>
          <w:rFonts w:ascii="Georgia" w:hAnsi="Georgia"/>
          <w:sz w:val="22"/>
        </w:rPr>
        <w:t xml:space="preserve">  ______________________________________________</w:t>
      </w:r>
    </w:p>
    <w:p>
      <w:pPr>
        <w:spacing w:after="240"/>
      </w:pPr>
      <w:r>
        <w:rPr>
          <w:rFonts w:ascii="Georgia" w:hAnsi="Georgia"/>
          <w:b/>
          <w:color w:val="6A6A6A"/>
          <w:sz w:val="18"/>
        </w:rPr>
        <w:t xml:space="preserve">TITLE OF THE WORK   </w:t>
      </w:r>
      <w:r>
        <w:rPr>
          <w:rFonts w:ascii="Georgia" w:hAnsi="Georgia"/>
          <w:sz w:val="22"/>
        </w:rPr>
        <w:t xml:space="preserve">  ______________________________________________</w:t>
      </w:r>
    </w:p>
    <w:p>
      <w:pPr>
        <w:spacing w:after="240"/>
      </w:pPr>
      <w:r>
        <w:rPr>
          <w:rFonts w:ascii="Georgia" w:hAnsi="Georgia"/>
          <w:b/>
          <w:color w:val="6A6A6A"/>
          <w:sz w:val="18"/>
        </w:rPr>
        <w:t xml:space="preserve">YEAR OF CREATION   </w:t>
      </w:r>
      <w:r>
        <w:rPr>
          <w:rFonts w:ascii="Georgia" w:hAnsi="Georgia"/>
          <w:sz w:val="22"/>
        </w:rPr>
        <w:t xml:space="preserve">  ______________________________________________</w:t>
      </w:r>
    </w:p>
    <w:p>
      <w:pPr>
        <w:spacing w:after="240"/>
      </w:pPr>
      <w:r>
        <w:rPr>
          <w:rFonts w:ascii="Georgia" w:hAnsi="Georgia"/>
          <w:b/>
          <w:color w:val="6A6A6A"/>
          <w:sz w:val="18"/>
        </w:rPr>
        <w:t xml:space="preserve">MEDIUM AND MATERIALS   </w:t>
      </w:r>
      <w:r>
        <w:rPr>
          <w:rFonts w:ascii="Georgia" w:hAnsi="Georgia"/>
          <w:sz w:val="22"/>
        </w:rPr>
        <w:t xml:space="preserve">  ______________________________________________</w:t>
      </w:r>
    </w:p>
    <w:p>
      <w:pPr>
        <w:spacing w:after="240"/>
      </w:pPr>
      <w:r>
        <w:rPr>
          <w:rFonts w:ascii="Georgia" w:hAnsi="Georgia"/>
          <w:b/>
          <w:color w:val="6A6A6A"/>
          <w:sz w:val="18"/>
        </w:rPr>
        <w:t xml:space="preserve">DIMENSIONS (H × W × D, FRAMED/UNFRAMED)   </w:t>
      </w:r>
      <w:r>
        <w:rPr>
          <w:rFonts w:ascii="Georgia" w:hAnsi="Georgia"/>
          <w:sz w:val="22"/>
        </w:rPr>
        <w:t xml:space="preserve">  ______________________________________________</w:t>
      </w:r>
    </w:p>
    <w:p>
      <w:pPr>
        <w:spacing w:after="240"/>
      </w:pPr>
      <w:r>
        <w:rPr>
          <w:rFonts w:ascii="Georgia" w:hAnsi="Georgia"/>
          <w:b/>
          <w:color w:val="6A6A6A"/>
          <w:sz w:val="18"/>
        </w:rPr>
        <w:t xml:space="preserve">EDITION (NUMBER / SIZE, ARTIST PROOFS)   </w:t>
      </w:r>
      <w:r>
        <w:rPr>
          <w:rFonts w:ascii="Georgia" w:hAnsi="Georgia"/>
          <w:sz w:val="22"/>
        </w:rPr>
        <w:t xml:space="preserve">  ______________________________________________</w:t>
      </w:r>
    </w:p>
    <w:p>
      <w:pPr>
        <w:spacing w:after="40"/>
      </w:pPr>
      <w:r>
        <w:rPr>
          <w:rFonts w:ascii="Georgia" w:hAnsi="Georgia"/>
          <w:b/>
          <w:color w:val="6A6A6A"/>
          <w:sz w:val="18"/>
        </w:rPr>
        <w:t>IMAGE OF THE WORK</w:t>
      </w:r>
    </w:p>
    <w:p>
      <w:pPr>
        <w:spacing w:after="360"/>
        <w:jc w:val="center"/>
      </w:pPr>
      <w:r>
        <w:rPr>
          <w:i/>
          <w:color w:val="9A9A9A"/>
          <w:sz w:val="20"/>
        </w:rPr>
        <w:br/>
        <w:t xml:space="preserve">              [ Attach or print a photograph of the work here ]</w:t>
        <w:br/>
        <w:br/>
      </w:r>
    </w:p>
    <w:p>
      <w:pPr>
        <w:spacing w:after="240"/>
      </w:pPr>
      <w:r>
        <w:rPr>
          <w:rFonts w:ascii="Georgia" w:hAnsi="Georgia"/>
          <w:b/>
          <w:color w:val="6A6A6A"/>
          <w:sz w:val="18"/>
        </w:rPr>
        <w:t xml:space="preserve">DATE AND PLACE OF ISSUE   </w:t>
      </w:r>
      <w:r>
        <w:rPr>
          <w:rFonts w:ascii="Georgia" w:hAnsi="Georgia"/>
          <w:sz w:val="22"/>
        </w:rPr>
        <w:t xml:space="preserve">  ______________________________________________</w:t>
      </w:r>
    </w:p>
    <w:p>
      <w:pPr>
        <w:spacing w:after="240"/>
      </w:pPr>
      <w:r>
        <w:rPr>
          <w:rFonts w:ascii="Georgia" w:hAnsi="Georgia"/>
          <w:b/>
          <w:color w:val="6A6A6A"/>
          <w:sz w:val="18"/>
        </w:rPr>
        <w:t xml:space="preserve">ARTIST SIGNATURE   </w:t>
      </w:r>
      <w:r>
        <w:rPr>
          <w:rFonts w:ascii="Georgia" w:hAnsi="Georgia"/>
          <w:sz w:val="22"/>
        </w:rPr>
        <w:t xml:space="preserve">  ______________________________________________</w:t>
      </w:r>
    </w:p>
    <w:p>
      <w:pPr>
        <w:spacing w:before="520"/>
      </w:pPr>
      <w:r>
        <w:rPr>
          <w:i/>
          <w:color w:val="9A9A9A"/>
          <w:sz w:val="17"/>
        </w:rPr>
        <w:t>A certificate is only as strong as the record behind it: keep title, medium, dimensions and edition identical to your inventory and invoice. Template from isee.art/certificate-of-authenticity</w:t>
      </w:r>
    </w:p>
    <w:sectPr w:rsidR="00FC693F" w:rsidRPr="0006063C" w:rsidSect="00034616">
      <w:pgSz w:w="12240" w:h="15840"/>
      <w:pgMar w:top="1728" w:right="1728" w:bottom="1440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color w:val="2B2B2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