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Georgia" w:hAnsi="Georgia"/>
          <w:b/>
          <w:sz w:val="44"/>
        </w:rPr>
        <w:t>YOUR NAME</w:t>
      </w:r>
    </w:p>
    <w:p>
      <w:pPr>
        <w:spacing w:after="240"/>
        <w:jc w:val="center"/>
      </w:pPr>
      <w:r>
        <w:rPr>
          <w:rFonts w:ascii="Georgia" w:hAnsi="Georgia"/>
          <w:color w:val="6A6A6A"/>
          <w:sz w:val="20"/>
        </w:rPr>
        <w:t>City, Country  ·  yourname.com  ·  you@email.com</w:t>
      </w:r>
    </w:p>
    <w:p>
      <w:pPr>
        <w:spacing w:before="360" w:after="120"/>
      </w:pPr>
      <w:r>
        <w:rPr>
          <w:rFonts w:ascii="Georgia" w:hAnsi="Georgia"/>
          <w:b/>
          <w:color w:val="1A1A1A"/>
          <w:sz w:val="22"/>
        </w:rPr>
        <w:t>EDUCATION</w:t>
      </w:r>
    </w:p>
    <w:p>
      <w:pPr>
        <w:spacing w:after="40"/>
      </w:pPr>
      <w:r>
        <w:rPr>
          <w:rFonts w:ascii="Georgia" w:hAnsi="Georgia"/>
          <w:i w:val="0"/>
          <w:sz w:val="21"/>
        </w:rPr>
        <w:t>2018</w:t>
        <w:tab/>
        <w:t>MFA, Fine Arts — School Name, City</w:t>
      </w:r>
    </w:p>
    <w:p>
      <w:pPr>
        <w:spacing w:after="40"/>
      </w:pPr>
      <w:r>
        <w:rPr>
          <w:rFonts w:ascii="Georgia" w:hAnsi="Georgia"/>
          <w:i w:val="0"/>
          <w:sz w:val="21"/>
        </w:rPr>
        <w:t>2014</w:t>
        <w:tab/>
        <w:t>BFA, Painting — School Name, City</w:t>
      </w:r>
    </w:p>
    <w:p>
      <w:pPr>
        <w:spacing w:after="40"/>
      </w:pPr>
      <w:r>
        <w:rPr>
          <w:rFonts w:ascii="Georgia" w:hAnsi="Georgia"/>
          <w:i/>
          <w:sz w:val="21"/>
        </w:rPr>
        <w:t>Self-taught? Delete this section — never apologize for it.</w:t>
      </w:r>
    </w:p>
    <w:p>
      <w:pPr>
        <w:spacing w:before="360" w:after="120"/>
      </w:pPr>
      <w:r>
        <w:rPr>
          <w:rFonts w:ascii="Georgia" w:hAnsi="Georgia"/>
          <w:b/>
          <w:color w:val="1A1A1A"/>
          <w:sz w:val="22"/>
        </w:rPr>
        <w:t>SOLO EXHIBITIONS</w:t>
      </w:r>
    </w:p>
    <w:p>
      <w:pPr>
        <w:spacing w:after="40"/>
      </w:pPr>
      <w:r>
        <w:rPr>
          <w:rFonts w:ascii="Georgia" w:hAnsi="Georgia"/>
          <w:i w:val="0"/>
          <w:sz w:val="21"/>
        </w:rPr>
        <w:t>2026</w:t>
        <w:tab/>
        <w:t>Title of the Show — Gallery Name, City</w:t>
      </w:r>
    </w:p>
    <w:p>
      <w:pPr>
        <w:spacing w:after="40"/>
      </w:pPr>
      <w:r>
        <w:rPr>
          <w:rFonts w:ascii="Georgia" w:hAnsi="Georgia"/>
          <w:i w:val="0"/>
          <w:sz w:val="21"/>
        </w:rPr>
        <w:t>2024</w:t>
        <w:tab/>
        <w:t>Title of the Show — Gallery Name, City</w:t>
      </w:r>
    </w:p>
    <w:p>
      <w:pPr>
        <w:spacing w:before="360" w:after="120"/>
      </w:pPr>
      <w:r>
        <w:rPr>
          <w:rFonts w:ascii="Georgia" w:hAnsi="Georgia"/>
          <w:b/>
          <w:color w:val="1A1A1A"/>
          <w:sz w:val="22"/>
        </w:rPr>
        <w:t>GROUP EXHIBITIONS</w:t>
      </w:r>
    </w:p>
    <w:p>
      <w:pPr>
        <w:spacing w:after="40"/>
      </w:pPr>
      <w:r>
        <w:rPr>
          <w:rFonts w:ascii="Georgia" w:hAnsi="Georgia"/>
          <w:i w:val="0"/>
          <w:sz w:val="21"/>
        </w:rPr>
        <w:t>2026</w:t>
        <w:tab/>
        <w:t>Title of the Show — Venue, City</w:t>
      </w:r>
    </w:p>
    <w:p>
      <w:pPr>
        <w:spacing w:after="40"/>
      </w:pPr>
      <w:r>
        <w:rPr>
          <w:rFonts w:ascii="Georgia" w:hAnsi="Georgia"/>
          <w:i w:val="0"/>
          <w:sz w:val="21"/>
        </w:rPr>
        <w:t>2025</w:t>
        <w:tab/>
        <w:t>Title of the Show — Venue, City</w:t>
      </w:r>
    </w:p>
    <w:p>
      <w:pPr>
        <w:spacing w:after="40"/>
      </w:pPr>
      <w:r>
        <w:rPr>
          <w:rFonts w:ascii="Georgia" w:hAnsi="Georgia"/>
          <w:i/>
          <w:sz w:val="21"/>
        </w:rPr>
        <w:t>Long list? Keep the strongest and retitle it "Selected Group Exhibitions".</w:t>
      </w:r>
    </w:p>
    <w:p>
      <w:pPr>
        <w:spacing w:before="360" w:after="120"/>
      </w:pPr>
      <w:r>
        <w:rPr>
          <w:rFonts w:ascii="Georgia" w:hAnsi="Georgia"/>
          <w:b/>
          <w:color w:val="1A1A1A"/>
          <w:sz w:val="22"/>
        </w:rPr>
        <w:t>AWARDS, GRANTS &amp; RESIDENCIES</w:t>
      </w:r>
    </w:p>
    <w:p>
      <w:pPr>
        <w:spacing w:after="40"/>
      </w:pPr>
      <w:r>
        <w:rPr>
          <w:rFonts w:ascii="Georgia" w:hAnsi="Georgia"/>
          <w:i w:val="0"/>
          <w:sz w:val="21"/>
        </w:rPr>
        <w:t>2025</w:t>
        <w:tab/>
        <w:t>Name of the Award — Granting Institution</w:t>
      </w:r>
    </w:p>
    <w:p>
      <w:pPr>
        <w:spacing w:after="40"/>
      </w:pPr>
      <w:r>
        <w:rPr>
          <w:rFonts w:ascii="Georgia" w:hAnsi="Georgia"/>
          <w:i w:val="0"/>
          <w:sz w:val="21"/>
        </w:rPr>
        <w:t>2023</w:t>
        <w:tab/>
        <w:t>Artist Residency — Institution, City</w:t>
      </w:r>
    </w:p>
    <w:p>
      <w:pPr>
        <w:spacing w:before="360" w:after="120"/>
      </w:pPr>
      <w:r>
        <w:rPr>
          <w:rFonts w:ascii="Georgia" w:hAnsi="Georgia"/>
          <w:b/>
          <w:color w:val="1A1A1A"/>
          <w:sz w:val="22"/>
        </w:rPr>
        <w:t>PRESS &amp; PUBLICATIONS</w:t>
      </w:r>
    </w:p>
    <w:p>
      <w:pPr>
        <w:spacing w:after="40"/>
      </w:pPr>
      <w:r>
        <w:rPr>
          <w:rFonts w:ascii="Georgia" w:hAnsi="Georgia"/>
          <w:i w:val="0"/>
          <w:sz w:val="21"/>
        </w:rPr>
        <w:t>2026</w:t>
        <w:tab/>
        <w:t>Author, "Title of the Article", Publication</w:t>
      </w:r>
    </w:p>
    <w:p>
      <w:pPr>
        <w:spacing w:after="40"/>
      </w:pPr>
      <w:r>
        <w:rPr>
          <w:rFonts w:ascii="Georgia" w:hAnsi="Georgia"/>
          <w:i/>
          <w:sz w:val="21"/>
        </w:rPr>
        <w:t>Reviews of your work first, mentions after.</w:t>
      </w:r>
    </w:p>
    <w:p>
      <w:pPr>
        <w:spacing w:before="360" w:after="120"/>
      </w:pPr>
      <w:r>
        <w:rPr>
          <w:rFonts w:ascii="Georgia" w:hAnsi="Georgia"/>
          <w:b/>
          <w:color w:val="1A1A1A"/>
          <w:sz w:val="22"/>
        </w:rPr>
        <w:t>COLLECTIONS</w:t>
      </w:r>
    </w:p>
    <w:p>
      <w:pPr>
        <w:spacing w:after="40"/>
      </w:pPr>
      <w:r>
        <w:rPr>
          <w:rFonts w:ascii="Georgia" w:hAnsi="Georgia"/>
          <w:i w:val="0"/>
          <w:sz w:val="21"/>
        </w:rPr>
        <w:t>Museum or Corporate Collection, City</w:t>
      </w:r>
    </w:p>
    <w:p>
      <w:pPr>
        <w:spacing w:after="40"/>
      </w:pPr>
      <w:r>
        <w:rPr>
          <w:rFonts w:ascii="Georgia" w:hAnsi="Georgia"/>
          <w:i/>
          <w:sz w:val="21"/>
        </w:rPr>
        <w:t>Private collectors only with their written permission.</w:t>
      </w:r>
    </w:p>
    <w:p>
      <w:pPr>
        <w:spacing w:before="480"/>
      </w:pPr>
      <w:r>
        <w:rPr>
          <w:i/>
          <w:color w:val="9A9A9A"/>
          <w:sz w:val="17"/>
        </w:rPr>
        <w:t>Every section: most recent entry first. Delete any section you have nothing for — never invent, never pad. Template from isee.art/artist-cv</w:t>
      </w:r>
    </w:p>
    <w:sectPr w:rsidR="00FC693F" w:rsidRPr="0006063C" w:rsidSect="00034616"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color w:val="2B2B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